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-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מהן מילים נרדפות ומהי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וחיבור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לקבוצות לפי קטגוריה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מילים שהמשמעות שלהן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קטגוריה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קטגוריה היא קבוצה לפי נושא משותף, ומילים נרדפות הן מילים עם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חברו כל מילה לזוג הנרדף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(בזריזות)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הנרדפת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כולם שייכים לקטגוריית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ברביעיה חייב להיות קשר משותף בין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מצאו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 או חינני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מילים שונות בעלות משמעות דומה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 מילים השייכות לאותו נושא ושם קטגוריה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נכון שנרדפות הן משמעות דומה וקטגוריה היא נושא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מילים נרדפות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מילים השייכות לאותה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רביעיות אמיתי לאחר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דוגמה אחת של רביעיית נרדפות ואחת של קטגוריה לפני התחלת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מוכנה לבחירה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-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הרביעיות משחקים עם קלפים שמציגים משפחות של מילים - קבוצה של ארבע מילים נרדפות, או קבוצה של ארבע מילים מאותה קטגוריה. בדף הזה נתרגל את שני סוגי הקבוצות.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שנשמעות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שהמשמעות שלהן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באותו 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קבוצה שייכות המילים שמח, עליז, מאושר?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קטגוריה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כלב, חתול, פרה, תרנגול הן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קטגוריה (בעלי חיים)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קלפים יש ברביעיה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קטגוריה למילים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קטגוריה היא קבוצה לפי נושא משותף, ומילים נרדפות הן מילים עם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 זה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קטגוריה היא רק צבעים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חברו כל מילה לזוג הנרדף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בזריזות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הנרדפת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ענק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זעיר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נאה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עליז היא מילה נרדפת למילה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נבון היא מילה נרדפת למילה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חם וקר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פיל, אריה, ג'ירפה ונמר יכולים להיות רביעיה בקטגוריית 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ברביעיה כל הקלפים חייבים להיות מאותה קטגוריה או מאותה קבוצת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ועצוב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רביעיה גם ממילים שאין להן שום קשר ביניהן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מצאו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קטגוריה שייכות המילים: תפוח, בננה, תפוז, ענב?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קטגוריה שייכות המילים: אדום, כחול, צהוב, ירוק?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מילה נרדפת למילה 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רביעיית מילים נרדפות משלכם - ארבע מילים שהמשמעות שלהן דומה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רביעיית מילים מאותה קטגוריה משלכם, ותנו שם לקטגוריה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לקטגוריה?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לזוג 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לרביעיה מאותה קטגוריה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רביעיות - מילים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