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-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מהן מילים נרדפות ומהי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וחיבור של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לקבוצות לפי קטגוריה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מילים שהמשמעות שלהן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קטגוריה (בעלי 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חברו כל מילה לזוג הנרדף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(זעיר)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הנרדפת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אלו הפכים ולא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כולם שייכים לקטגוריית בעלי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מצאו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 מילים שונות בעלות משמעות דומה זו לזו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נכון שנרדפות הן משמעות דומה וקטגוריה היא נושא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מילים נרדפות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 מילים השייכות לאותה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רביעיות אמיתי לאחר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דוגמה אחת של רביעיית נרדפות ואחת של קטגוריה לפני התחלת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מוכנה לבחירה בחלק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-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הרביעיות משחקים עם קלפים שמציגים משפחות של מילים - קבוצה של ארבע מילים נרדפות, או קבוצה של ארבע מילים מאותה קטגוריה. בדף הזה נתרגל את שני סוגי הקבוצות.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קטן  ·  גדול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מילים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מילים שנשמעות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מילים שהמשמעות שלהן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מילים הפוכות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קבוצה שייכות המילים שמח, עליז, מאושר?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קטגוריה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כלב, חתול, פרה, תרנגול הן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קטגוריה (בעלי חיים)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חברו כל מילה לזוג הנרדף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הנרדפת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ענק היא מילה נרדפת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זעיר היא מילה נרדפת למילה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חם וקר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פיל, אריה, ג'ירפה ונמר יכולים להיות רביעיה בקטגוריית בעלי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מצאו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קטגוריה שייכות המילים: תפוח, בננה, תפוז, ענב?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רביעיית מילים נרדפות משלכם - ארבע מילים שהמשמעות שלהן דומה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מילים נרדפות לקטגוריה?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לזוג 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רביעיות - מילים נרדפות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